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6890E" w14:textId="1215B996" w:rsidR="00AB291B" w:rsidRDefault="00000000" w:rsidP="00AB291B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>MODULO DI MANIFESTAZIONE DI INTERESSE</w:t>
      </w:r>
      <w:r w:rsidRPr="00AB291B">
        <w:rPr>
          <w:rFonts w:ascii="Garamond" w:hAnsi="Garamond"/>
          <w:b/>
          <w:sz w:val="24"/>
          <w:szCs w:val="24"/>
        </w:rPr>
        <w:br/>
      </w:r>
      <w:proofErr w:type="spellStart"/>
      <w:r w:rsidRPr="00AB291B">
        <w:rPr>
          <w:rFonts w:ascii="Garamond" w:hAnsi="Garamond"/>
          <w:b/>
          <w:sz w:val="24"/>
          <w:szCs w:val="24"/>
        </w:rPr>
        <w:t>Consultazione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Preliminare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di Mercato per la </w:t>
      </w:r>
      <w:proofErr w:type="spellStart"/>
      <w:r w:rsidRPr="00AB291B">
        <w:rPr>
          <w:rFonts w:ascii="Garamond" w:hAnsi="Garamond"/>
          <w:b/>
          <w:sz w:val="24"/>
          <w:szCs w:val="24"/>
        </w:rPr>
        <w:t>Gestione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</w:p>
    <w:p w14:paraId="53593346" w14:textId="45D4D404" w:rsidR="00B854BD" w:rsidRPr="00AB291B" w:rsidRDefault="00000000" w:rsidP="00AB291B">
      <w:pPr>
        <w:spacing w:after="0"/>
        <w:jc w:val="center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 xml:space="preserve">del Bar-Ristorante del Castello di </w:t>
      </w:r>
      <w:proofErr w:type="spellStart"/>
      <w:r w:rsidRPr="00AB291B">
        <w:rPr>
          <w:rFonts w:ascii="Garamond" w:hAnsi="Garamond"/>
          <w:b/>
          <w:sz w:val="24"/>
          <w:szCs w:val="24"/>
        </w:rPr>
        <w:t>Breno</w:t>
      </w:r>
      <w:proofErr w:type="spellEnd"/>
    </w:p>
    <w:p w14:paraId="2010D3C8" w14:textId="28827778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Spett.le</w:t>
      </w:r>
      <w:proofErr w:type="spellEnd"/>
      <w:r w:rsidRPr="00AB291B">
        <w:rPr>
          <w:rFonts w:ascii="Garamond" w:hAnsi="Garamond"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Comune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di </w:t>
      </w:r>
      <w:proofErr w:type="spellStart"/>
      <w:r w:rsidRPr="00AB291B">
        <w:rPr>
          <w:rFonts w:ascii="Garamond" w:hAnsi="Garamond"/>
          <w:sz w:val="24"/>
          <w:szCs w:val="24"/>
        </w:rPr>
        <w:t>Breno</w:t>
      </w:r>
      <w:proofErr w:type="spellEnd"/>
      <w:r w:rsidRPr="00AB291B">
        <w:rPr>
          <w:rFonts w:ascii="Garamond" w:hAnsi="Garamond"/>
          <w:sz w:val="24"/>
          <w:szCs w:val="24"/>
        </w:rPr>
        <w:br/>
      </w:r>
      <w:proofErr w:type="spellStart"/>
      <w:r w:rsidR="00AB291B">
        <w:rPr>
          <w:rFonts w:ascii="Garamond" w:hAnsi="Garamond"/>
          <w:sz w:val="24"/>
          <w:szCs w:val="24"/>
        </w:rPr>
        <w:t>Ufficio</w:t>
      </w:r>
      <w:proofErr w:type="spellEnd"/>
      <w:r w:rsid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="00AB291B">
        <w:rPr>
          <w:rFonts w:ascii="Garamond" w:hAnsi="Garamond"/>
          <w:sz w:val="24"/>
          <w:szCs w:val="24"/>
        </w:rPr>
        <w:t>Gestione</w:t>
      </w:r>
      <w:proofErr w:type="spellEnd"/>
      <w:r w:rsid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="00AB291B">
        <w:rPr>
          <w:rFonts w:ascii="Garamond" w:hAnsi="Garamond"/>
          <w:sz w:val="24"/>
          <w:szCs w:val="24"/>
        </w:rPr>
        <w:t>Patrimonio</w:t>
      </w:r>
      <w:proofErr w:type="spellEnd"/>
      <w:r w:rsidRPr="00AB291B">
        <w:rPr>
          <w:rFonts w:ascii="Garamond" w:hAnsi="Garamond"/>
          <w:sz w:val="24"/>
          <w:szCs w:val="24"/>
        </w:rPr>
        <w:br/>
        <w:t xml:space="preserve">PEC: </w:t>
      </w:r>
      <w:hyperlink r:id="rId6" w:history="1">
        <w:r w:rsidR="00AB291B" w:rsidRPr="004D5D6A">
          <w:rPr>
            <w:rStyle w:val="Collegamentoipertestuale"/>
            <w:rFonts w:ascii="Garamond" w:hAnsi="Garamond"/>
            <w:sz w:val="24"/>
            <w:szCs w:val="24"/>
          </w:rPr>
          <w:t>protocollo@pec.comune.breno.bs.it</w:t>
        </w:r>
      </w:hyperlink>
      <w:r w:rsidR="00AB291B">
        <w:rPr>
          <w:rFonts w:ascii="Garamond" w:hAnsi="Garamond"/>
          <w:sz w:val="24"/>
          <w:szCs w:val="24"/>
        </w:rPr>
        <w:t xml:space="preserve"> </w:t>
      </w:r>
      <w:r w:rsidRPr="00AB291B">
        <w:rPr>
          <w:rFonts w:ascii="Garamond" w:hAnsi="Garamond"/>
          <w:sz w:val="24"/>
          <w:szCs w:val="24"/>
        </w:rPr>
        <w:br/>
      </w:r>
    </w:p>
    <w:p w14:paraId="409960D8" w14:textId="77777777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>SEZIONE 1: DATI DELL'OPERATORE ECONOMICO</w:t>
      </w:r>
    </w:p>
    <w:p w14:paraId="5725195B" w14:textId="77777777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Ragione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Sociale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/ Nome e </w:t>
      </w:r>
      <w:proofErr w:type="spellStart"/>
      <w:r w:rsidRPr="00AB291B">
        <w:rPr>
          <w:rFonts w:ascii="Garamond" w:hAnsi="Garamond"/>
          <w:b/>
          <w:sz w:val="24"/>
          <w:szCs w:val="24"/>
        </w:rPr>
        <w:t>Cognome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: </w:t>
      </w: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69B1F73E" w14:textId="77777777" w:rsidR="00AB291B" w:rsidRDefault="00000000">
      <w:pPr>
        <w:spacing w:after="80"/>
        <w:ind w:left="288"/>
        <w:rPr>
          <w:rFonts w:ascii="Garamond" w:hAnsi="Garamond"/>
          <w:b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 xml:space="preserve">Forma </w:t>
      </w:r>
      <w:proofErr w:type="spellStart"/>
      <w:r w:rsidRPr="00AB291B">
        <w:rPr>
          <w:rFonts w:ascii="Garamond" w:hAnsi="Garamond"/>
          <w:b/>
          <w:sz w:val="24"/>
          <w:szCs w:val="24"/>
        </w:rPr>
        <w:t>Giuridica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AB291B">
        <w:rPr>
          <w:rFonts w:ascii="Garamond" w:hAnsi="Garamond"/>
          <w:b/>
          <w:sz w:val="24"/>
          <w:szCs w:val="24"/>
        </w:rPr>
        <w:t>Ditta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individuale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b/>
          <w:sz w:val="24"/>
          <w:szCs w:val="24"/>
        </w:rPr>
        <w:t>Società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b/>
          <w:sz w:val="24"/>
          <w:szCs w:val="24"/>
        </w:rPr>
        <w:t>Cooperativa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b/>
          <w:sz w:val="24"/>
          <w:szCs w:val="24"/>
        </w:rPr>
        <w:t>ecc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.): </w:t>
      </w:r>
    </w:p>
    <w:p w14:paraId="454A9E8F" w14:textId="4DD118D1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0C068BFE" w14:textId="723533C3" w:rsidR="00AB291B" w:rsidRDefault="00000000">
      <w:pPr>
        <w:spacing w:after="80"/>
        <w:ind w:left="288"/>
        <w:rPr>
          <w:rFonts w:ascii="Garamond" w:hAnsi="Garamond"/>
          <w:b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Sede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Legale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(</w:t>
      </w:r>
      <w:proofErr w:type="spellStart"/>
      <w:r w:rsidRPr="00AB291B">
        <w:rPr>
          <w:rFonts w:ascii="Garamond" w:hAnsi="Garamond"/>
          <w:b/>
          <w:sz w:val="24"/>
          <w:szCs w:val="24"/>
        </w:rPr>
        <w:t>Indirizzo</w:t>
      </w:r>
      <w:proofErr w:type="spellEnd"/>
      <w:r w:rsidRPr="00AB291B">
        <w:rPr>
          <w:rFonts w:ascii="Garamond" w:hAnsi="Garamond"/>
          <w:b/>
          <w:sz w:val="24"/>
          <w:szCs w:val="24"/>
        </w:rPr>
        <w:t>, CAP, Città)</w:t>
      </w:r>
      <w:r w:rsidR="00AB291B">
        <w:rPr>
          <w:rFonts w:ascii="Garamond" w:hAnsi="Garamond"/>
          <w:b/>
          <w:sz w:val="24"/>
          <w:szCs w:val="24"/>
        </w:rPr>
        <w:t>:</w:t>
      </w:r>
    </w:p>
    <w:p w14:paraId="5AB1C05F" w14:textId="133FA76C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702DCFFB" w14:textId="77777777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Codice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Fiscale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/ Partita IVA: </w:t>
      </w: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701CDC4F" w14:textId="77777777" w:rsidR="00AB291B" w:rsidRDefault="00000000">
      <w:pPr>
        <w:spacing w:after="80"/>
        <w:ind w:left="288"/>
        <w:rPr>
          <w:rFonts w:ascii="Garamond" w:hAnsi="Garamond"/>
          <w:b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Telefono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/ </w:t>
      </w:r>
      <w:proofErr w:type="spellStart"/>
      <w:r w:rsidRPr="00AB291B">
        <w:rPr>
          <w:rFonts w:ascii="Garamond" w:hAnsi="Garamond"/>
          <w:b/>
          <w:sz w:val="24"/>
          <w:szCs w:val="24"/>
        </w:rPr>
        <w:t>Cellulare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: </w:t>
      </w:r>
    </w:p>
    <w:p w14:paraId="2890B75D" w14:textId="302E0259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3A2AFBA4" w14:textId="77777777" w:rsidR="00AB291B" w:rsidRDefault="00000000">
      <w:pPr>
        <w:spacing w:after="80"/>
        <w:ind w:left="288"/>
        <w:rPr>
          <w:rFonts w:ascii="Garamond" w:hAnsi="Garamond"/>
          <w:b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>E-mail / PEC (</w:t>
      </w:r>
      <w:proofErr w:type="spellStart"/>
      <w:r w:rsidRPr="00AB291B">
        <w:rPr>
          <w:rFonts w:ascii="Garamond" w:hAnsi="Garamond"/>
          <w:b/>
          <w:sz w:val="24"/>
          <w:szCs w:val="24"/>
        </w:rPr>
        <w:t>obbligatoria</w:t>
      </w:r>
      <w:proofErr w:type="spellEnd"/>
      <w:r w:rsidRPr="00AB291B">
        <w:rPr>
          <w:rFonts w:ascii="Garamond" w:hAnsi="Garamond"/>
          <w:b/>
          <w:sz w:val="24"/>
          <w:szCs w:val="24"/>
        </w:rPr>
        <w:t>):</w:t>
      </w:r>
    </w:p>
    <w:p w14:paraId="52D722E8" w14:textId="1E04A09E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392A85C3" w14:textId="77777777" w:rsidR="00AB291B" w:rsidRDefault="00000000">
      <w:pPr>
        <w:spacing w:after="80"/>
        <w:ind w:left="288"/>
        <w:rPr>
          <w:rFonts w:ascii="Garamond" w:hAnsi="Garamond"/>
          <w:b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Rappresentante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Legale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(Nome, </w:t>
      </w:r>
      <w:proofErr w:type="spellStart"/>
      <w:r w:rsidRPr="00AB291B">
        <w:rPr>
          <w:rFonts w:ascii="Garamond" w:hAnsi="Garamond"/>
          <w:b/>
          <w:sz w:val="24"/>
          <w:szCs w:val="24"/>
        </w:rPr>
        <w:t>Cognome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b/>
          <w:sz w:val="24"/>
          <w:szCs w:val="24"/>
        </w:rPr>
        <w:t>Ruolo</w:t>
      </w:r>
      <w:proofErr w:type="spellEnd"/>
      <w:r w:rsidRPr="00AB291B">
        <w:rPr>
          <w:rFonts w:ascii="Garamond" w:hAnsi="Garamond"/>
          <w:b/>
          <w:sz w:val="24"/>
          <w:szCs w:val="24"/>
        </w:rPr>
        <w:t>):</w:t>
      </w:r>
    </w:p>
    <w:p w14:paraId="2262F9FF" w14:textId="2F5A6D0C" w:rsidR="00B854BD" w:rsidRPr="00AB291B" w:rsidRDefault="00000000">
      <w:pPr>
        <w:spacing w:after="80"/>
        <w:ind w:left="288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</w:t>
      </w:r>
    </w:p>
    <w:p w14:paraId="65B9977A" w14:textId="3B162BB8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br/>
      </w:r>
      <w:r w:rsidRPr="00AB291B">
        <w:rPr>
          <w:rFonts w:ascii="Garamond" w:hAnsi="Garamond"/>
          <w:b/>
          <w:sz w:val="24"/>
          <w:szCs w:val="24"/>
        </w:rPr>
        <w:t>SEZIONE 2: DICHIARAZIONI SOSTITUTIVE (</w:t>
      </w:r>
      <w:proofErr w:type="spellStart"/>
      <w:r w:rsidRPr="00AB291B">
        <w:rPr>
          <w:rFonts w:ascii="Garamond" w:hAnsi="Garamond"/>
          <w:b/>
          <w:sz w:val="24"/>
          <w:szCs w:val="24"/>
        </w:rPr>
        <w:t>Artt</w:t>
      </w:r>
      <w:proofErr w:type="spellEnd"/>
      <w:r w:rsidRPr="00AB291B">
        <w:rPr>
          <w:rFonts w:ascii="Garamond" w:hAnsi="Garamond"/>
          <w:b/>
          <w:sz w:val="24"/>
          <w:szCs w:val="24"/>
        </w:rPr>
        <w:t>. 46 e 47 D.P.R. 445/2000)</w:t>
      </w:r>
    </w:p>
    <w:p w14:paraId="2A48BC96" w14:textId="77777777" w:rsidR="00AB291B" w:rsidRDefault="00000000" w:rsidP="00CD7B89">
      <w:pPr>
        <w:spacing w:after="0"/>
        <w:jc w:val="both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 xml:space="preserve">Il </w:t>
      </w:r>
      <w:proofErr w:type="spellStart"/>
      <w:r w:rsidRPr="00AB291B">
        <w:rPr>
          <w:rFonts w:ascii="Garamond" w:hAnsi="Garamond"/>
          <w:sz w:val="24"/>
          <w:szCs w:val="24"/>
        </w:rPr>
        <w:t>sottoscritto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Rappresentante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Legale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, sotto la propria </w:t>
      </w:r>
      <w:proofErr w:type="spellStart"/>
      <w:r w:rsidRPr="00AB291B">
        <w:rPr>
          <w:rFonts w:ascii="Garamond" w:hAnsi="Garamond"/>
          <w:sz w:val="24"/>
          <w:szCs w:val="24"/>
        </w:rPr>
        <w:t>responsabilità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sz w:val="24"/>
          <w:szCs w:val="24"/>
        </w:rPr>
        <w:t>consapevole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delle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sanzioni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penali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previste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in </w:t>
      </w:r>
      <w:proofErr w:type="spellStart"/>
      <w:r w:rsidRPr="00AB291B">
        <w:rPr>
          <w:rFonts w:ascii="Garamond" w:hAnsi="Garamond"/>
          <w:sz w:val="24"/>
          <w:szCs w:val="24"/>
        </w:rPr>
        <w:t>caso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di </w:t>
      </w:r>
      <w:proofErr w:type="spellStart"/>
      <w:r w:rsidRPr="00AB291B">
        <w:rPr>
          <w:rFonts w:ascii="Garamond" w:hAnsi="Garamond"/>
          <w:sz w:val="24"/>
          <w:szCs w:val="24"/>
        </w:rPr>
        <w:t>dichiarazioni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mendaci</w:t>
      </w:r>
      <w:proofErr w:type="spellEnd"/>
      <w:r w:rsidRPr="00AB291B">
        <w:rPr>
          <w:rFonts w:ascii="Garamond" w:hAnsi="Garamond"/>
          <w:sz w:val="24"/>
          <w:szCs w:val="24"/>
        </w:rPr>
        <w:t>,</w:t>
      </w:r>
      <w:r w:rsidR="00AB291B">
        <w:rPr>
          <w:rFonts w:ascii="Garamond" w:hAnsi="Garamond"/>
          <w:sz w:val="24"/>
          <w:szCs w:val="24"/>
        </w:rPr>
        <w:t xml:space="preserve"> </w:t>
      </w:r>
      <w:r w:rsidRPr="00AB291B">
        <w:rPr>
          <w:rFonts w:ascii="Garamond" w:hAnsi="Garamond"/>
          <w:b/>
          <w:bCs/>
          <w:sz w:val="24"/>
          <w:szCs w:val="24"/>
        </w:rPr>
        <w:t>DICHIARA</w:t>
      </w:r>
      <w:r w:rsidRPr="00AB291B">
        <w:rPr>
          <w:rFonts w:ascii="Garamond" w:hAnsi="Garamond"/>
          <w:sz w:val="24"/>
          <w:szCs w:val="24"/>
        </w:rPr>
        <w:t>:</w:t>
      </w:r>
    </w:p>
    <w:p w14:paraId="6EA3D76B" w14:textId="77777777" w:rsidR="00B605D8" w:rsidRDefault="00000000" w:rsidP="00B605D8">
      <w:pPr>
        <w:pStyle w:val="Paragrafoelenco"/>
        <w:numPr>
          <w:ilvl w:val="0"/>
          <w:numId w:val="10"/>
        </w:numPr>
        <w:spacing w:after="0"/>
        <w:jc w:val="both"/>
        <w:rPr>
          <w:rFonts w:ascii="Garamond" w:hAnsi="Garamond"/>
          <w:sz w:val="24"/>
          <w:szCs w:val="24"/>
        </w:rPr>
      </w:pPr>
      <w:r w:rsidRPr="00B605D8">
        <w:rPr>
          <w:rFonts w:ascii="Garamond" w:hAnsi="Garamond"/>
          <w:sz w:val="24"/>
          <w:szCs w:val="24"/>
        </w:rPr>
        <w:t xml:space="preserve">Di non </w:t>
      </w:r>
      <w:proofErr w:type="spellStart"/>
      <w:r w:rsidRPr="00B605D8">
        <w:rPr>
          <w:rFonts w:ascii="Garamond" w:hAnsi="Garamond"/>
          <w:sz w:val="24"/>
          <w:szCs w:val="24"/>
        </w:rPr>
        <w:t>trovarsi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in alcuna </w:t>
      </w:r>
      <w:proofErr w:type="spellStart"/>
      <w:r w:rsidRPr="00B605D8">
        <w:rPr>
          <w:rFonts w:ascii="Garamond" w:hAnsi="Garamond"/>
          <w:sz w:val="24"/>
          <w:szCs w:val="24"/>
        </w:rPr>
        <w:t>delle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condizioni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B605D8">
        <w:rPr>
          <w:rFonts w:ascii="Garamond" w:hAnsi="Garamond"/>
          <w:sz w:val="24"/>
          <w:szCs w:val="24"/>
        </w:rPr>
        <w:t>esclusione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dalla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contrattazione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con la </w:t>
      </w:r>
      <w:proofErr w:type="spellStart"/>
      <w:r w:rsidRPr="00B605D8">
        <w:rPr>
          <w:rFonts w:ascii="Garamond" w:hAnsi="Garamond"/>
          <w:sz w:val="24"/>
          <w:szCs w:val="24"/>
        </w:rPr>
        <w:t>Pubblica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Amministrazione</w:t>
      </w:r>
      <w:proofErr w:type="spellEnd"/>
      <w:r w:rsidRPr="00B605D8">
        <w:rPr>
          <w:rFonts w:ascii="Garamond" w:hAnsi="Garamond"/>
          <w:sz w:val="24"/>
          <w:szCs w:val="24"/>
        </w:rPr>
        <w:t>.</w:t>
      </w:r>
    </w:p>
    <w:p w14:paraId="201FBC86" w14:textId="77777777" w:rsidR="00B605D8" w:rsidRDefault="00000000" w:rsidP="00B605D8">
      <w:pPr>
        <w:pStyle w:val="Paragrafoelenco"/>
        <w:numPr>
          <w:ilvl w:val="0"/>
          <w:numId w:val="10"/>
        </w:numPr>
        <w:spacing w:after="0"/>
        <w:jc w:val="both"/>
        <w:rPr>
          <w:rFonts w:ascii="Garamond" w:hAnsi="Garamond"/>
          <w:sz w:val="24"/>
          <w:szCs w:val="24"/>
        </w:rPr>
      </w:pPr>
      <w:r w:rsidRPr="00B605D8">
        <w:rPr>
          <w:rFonts w:ascii="Garamond" w:hAnsi="Garamond"/>
          <w:sz w:val="24"/>
          <w:szCs w:val="24"/>
        </w:rPr>
        <w:t xml:space="preserve">Di </w:t>
      </w:r>
      <w:proofErr w:type="spellStart"/>
      <w:r w:rsidRPr="00B605D8">
        <w:rPr>
          <w:rFonts w:ascii="Garamond" w:hAnsi="Garamond"/>
          <w:sz w:val="24"/>
          <w:szCs w:val="24"/>
        </w:rPr>
        <w:t>essere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iscritto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alla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C.C.I.A.A. per un </w:t>
      </w:r>
      <w:proofErr w:type="spellStart"/>
      <w:r w:rsidRPr="00B605D8">
        <w:rPr>
          <w:rFonts w:ascii="Garamond" w:hAnsi="Garamond"/>
          <w:sz w:val="24"/>
          <w:szCs w:val="24"/>
        </w:rPr>
        <w:t>settore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B605D8">
        <w:rPr>
          <w:rFonts w:ascii="Garamond" w:hAnsi="Garamond"/>
          <w:sz w:val="24"/>
          <w:szCs w:val="24"/>
        </w:rPr>
        <w:t>attività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coerente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con </w:t>
      </w:r>
      <w:proofErr w:type="spellStart"/>
      <w:r w:rsidRPr="00B605D8">
        <w:rPr>
          <w:rFonts w:ascii="Garamond" w:hAnsi="Garamond"/>
          <w:sz w:val="24"/>
          <w:szCs w:val="24"/>
        </w:rPr>
        <w:t>l'oggetto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del </w:t>
      </w:r>
      <w:proofErr w:type="spellStart"/>
      <w:r w:rsidRPr="00B605D8">
        <w:rPr>
          <w:rFonts w:ascii="Garamond" w:hAnsi="Garamond"/>
          <w:sz w:val="24"/>
          <w:szCs w:val="24"/>
        </w:rPr>
        <w:t>presente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avviso</w:t>
      </w:r>
      <w:proofErr w:type="spellEnd"/>
      <w:r w:rsidRPr="00B605D8">
        <w:rPr>
          <w:rFonts w:ascii="Garamond" w:hAnsi="Garamond"/>
          <w:sz w:val="24"/>
          <w:szCs w:val="24"/>
        </w:rPr>
        <w:t>.</w:t>
      </w:r>
    </w:p>
    <w:p w14:paraId="7771D3B0" w14:textId="77777777" w:rsidR="00B605D8" w:rsidRDefault="00000000" w:rsidP="00CD7B89">
      <w:pPr>
        <w:pStyle w:val="Paragrafoelenco"/>
        <w:numPr>
          <w:ilvl w:val="0"/>
          <w:numId w:val="10"/>
        </w:numPr>
        <w:spacing w:after="0"/>
        <w:jc w:val="both"/>
        <w:rPr>
          <w:rFonts w:ascii="Garamond" w:hAnsi="Garamond"/>
          <w:sz w:val="24"/>
          <w:szCs w:val="24"/>
        </w:rPr>
      </w:pPr>
      <w:r w:rsidRPr="00B605D8">
        <w:rPr>
          <w:rFonts w:ascii="Garamond" w:hAnsi="Garamond"/>
          <w:sz w:val="24"/>
          <w:szCs w:val="24"/>
        </w:rPr>
        <w:t xml:space="preserve">Di </w:t>
      </w:r>
      <w:proofErr w:type="spellStart"/>
      <w:r w:rsidRPr="00B605D8">
        <w:rPr>
          <w:rFonts w:ascii="Garamond" w:hAnsi="Garamond"/>
          <w:sz w:val="24"/>
          <w:szCs w:val="24"/>
        </w:rPr>
        <w:t>possedere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requisiti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professionali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previsti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dalla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normativa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vigente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per </w:t>
      </w:r>
      <w:proofErr w:type="spellStart"/>
      <w:r w:rsidRPr="00B605D8">
        <w:rPr>
          <w:rFonts w:ascii="Garamond" w:hAnsi="Garamond"/>
          <w:sz w:val="24"/>
          <w:szCs w:val="24"/>
        </w:rPr>
        <w:t>l'esercizio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dell'attività</w:t>
      </w:r>
      <w:proofErr w:type="spellEnd"/>
      <w:r w:rsidRPr="00B605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B605D8">
        <w:rPr>
          <w:rFonts w:ascii="Garamond" w:hAnsi="Garamond"/>
          <w:sz w:val="24"/>
          <w:szCs w:val="24"/>
        </w:rPr>
        <w:t>somministrazione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B605D8">
        <w:rPr>
          <w:rFonts w:ascii="Garamond" w:hAnsi="Garamond"/>
          <w:sz w:val="24"/>
          <w:szCs w:val="24"/>
        </w:rPr>
        <w:t>alimenti</w:t>
      </w:r>
      <w:proofErr w:type="spellEnd"/>
      <w:r w:rsidRPr="00B605D8">
        <w:rPr>
          <w:rFonts w:ascii="Garamond" w:hAnsi="Garamond"/>
          <w:sz w:val="24"/>
          <w:szCs w:val="24"/>
        </w:rPr>
        <w:t xml:space="preserve"> e </w:t>
      </w:r>
      <w:proofErr w:type="spellStart"/>
      <w:r w:rsidRPr="00B605D8">
        <w:rPr>
          <w:rFonts w:ascii="Garamond" w:hAnsi="Garamond"/>
          <w:sz w:val="24"/>
          <w:szCs w:val="24"/>
        </w:rPr>
        <w:t>bevande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(SAB / ex REC o </w:t>
      </w:r>
      <w:proofErr w:type="spellStart"/>
      <w:r w:rsidRPr="00B605D8">
        <w:rPr>
          <w:rFonts w:ascii="Garamond" w:hAnsi="Garamond"/>
          <w:sz w:val="24"/>
          <w:szCs w:val="24"/>
        </w:rPr>
        <w:t>titolo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equipollente</w:t>
      </w:r>
      <w:proofErr w:type="spellEnd"/>
      <w:r w:rsidRPr="00B605D8">
        <w:rPr>
          <w:rFonts w:ascii="Garamond" w:hAnsi="Garamond"/>
          <w:sz w:val="24"/>
          <w:szCs w:val="24"/>
        </w:rPr>
        <w:t>).</w:t>
      </w:r>
    </w:p>
    <w:p w14:paraId="0F4FBB9F" w14:textId="333EB00A" w:rsidR="00B605D8" w:rsidRDefault="00B605D8" w:rsidP="00CD7B89">
      <w:pPr>
        <w:pStyle w:val="Paragrafoelenco"/>
        <w:numPr>
          <w:ilvl w:val="0"/>
          <w:numId w:val="10"/>
        </w:numPr>
        <w:spacing w:after="0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Di </w:t>
      </w:r>
      <w:proofErr w:type="spellStart"/>
      <w:r>
        <w:rPr>
          <w:rFonts w:ascii="Garamond" w:hAnsi="Garamond"/>
          <w:sz w:val="24"/>
          <w:szCs w:val="24"/>
        </w:rPr>
        <w:t>possedere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esperienza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pregressa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gestione</w:t>
      </w:r>
      <w:proofErr w:type="spellEnd"/>
      <w:r>
        <w:rPr>
          <w:rFonts w:ascii="Garamond" w:hAnsi="Garamond"/>
          <w:sz w:val="24"/>
          <w:szCs w:val="24"/>
        </w:rPr>
        <w:t xml:space="preserve"> di </w:t>
      </w:r>
      <w:proofErr w:type="spellStart"/>
      <w:r>
        <w:rPr>
          <w:rFonts w:ascii="Garamond" w:hAnsi="Garamond"/>
          <w:sz w:val="24"/>
          <w:szCs w:val="24"/>
        </w:rPr>
        <w:t>attività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analoghe</w:t>
      </w:r>
      <w:proofErr w:type="spellEnd"/>
      <w:r>
        <w:rPr>
          <w:rFonts w:ascii="Garamond" w:hAnsi="Garamond"/>
          <w:sz w:val="24"/>
          <w:szCs w:val="24"/>
        </w:rPr>
        <w:t xml:space="preserve"> (es. </w:t>
      </w:r>
      <w:proofErr w:type="spellStart"/>
      <w:r>
        <w:rPr>
          <w:rFonts w:ascii="Garamond" w:hAnsi="Garamond"/>
          <w:sz w:val="24"/>
          <w:szCs w:val="24"/>
        </w:rPr>
        <w:t>ristorazione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collettiva</w:t>
      </w:r>
      <w:proofErr w:type="spellEnd"/>
      <w:r>
        <w:rPr>
          <w:rFonts w:ascii="Garamond" w:hAnsi="Garamond"/>
          <w:sz w:val="24"/>
          <w:szCs w:val="24"/>
        </w:rPr>
        <w:t xml:space="preserve">, bar </w:t>
      </w:r>
      <w:proofErr w:type="spellStart"/>
      <w:r>
        <w:rPr>
          <w:rFonts w:ascii="Garamond" w:hAnsi="Garamond"/>
          <w:sz w:val="24"/>
          <w:szCs w:val="24"/>
        </w:rPr>
        <w:t>storici</w:t>
      </w:r>
      <w:proofErr w:type="spellEnd"/>
      <w:r>
        <w:rPr>
          <w:rFonts w:ascii="Garamond" w:hAnsi="Garamond"/>
          <w:sz w:val="24"/>
          <w:szCs w:val="24"/>
        </w:rPr>
        <w:t xml:space="preserve"> o </w:t>
      </w:r>
      <w:proofErr w:type="spellStart"/>
      <w:r>
        <w:rPr>
          <w:rFonts w:ascii="Garamond" w:hAnsi="Garamond"/>
          <w:sz w:val="24"/>
          <w:szCs w:val="24"/>
        </w:rPr>
        <w:t>contesti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museali</w:t>
      </w:r>
      <w:proofErr w:type="spellEnd"/>
      <w:r>
        <w:rPr>
          <w:rFonts w:ascii="Garamond" w:hAnsi="Garamond"/>
          <w:sz w:val="24"/>
          <w:szCs w:val="24"/>
        </w:rPr>
        <w:t>/</w:t>
      </w:r>
      <w:proofErr w:type="spellStart"/>
      <w:r>
        <w:rPr>
          <w:rFonts w:ascii="Garamond" w:hAnsi="Garamond"/>
          <w:sz w:val="24"/>
          <w:szCs w:val="24"/>
        </w:rPr>
        <w:t>culturali</w:t>
      </w:r>
      <w:proofErr w:type="spellEnd"/>
      <w:r>
        <w:rPr>
          <w:rFonts w:ascii="Garamond" w:hAnsi="Garamond"/>
          <w:sz w:val="24"/>
          <w:szCs w:val="24"/>
        </w:rPr>
        <w:t>).</w:t>
      </w:r>
    </w:p>
    <w:p w14:paraId="1BF52147" w14:textId="64D30ABC" w:rsidR="00B854BD" w:rsidRDefault="00000000" w:rsidP="00CD7B89">
      <w:pPr>
        <w:pStyle w:val="Paragrafoelenco"/>
        <w:numPr>
          <w:ilvl w:val="0"/>
          <w:numId w:val="10"/>
        </w:numPr>
        <w:spacing w:after="0"/>
        <w:jc w:val="both"/>
        <w:rPr>
          <w:rFonts w:ascii="Garamond" w:hAnsi="Garamond"/>
          <w:sz w:val="24"/>
          <w:szCs w:val="24"/>
        </w:rPr>
      </w:pPr>
      <w:r w:rsidRPr="00B605D8">
        <w:rPr>
          <w:rFonts w:ascii="Garamond" w:hAnsi="Garamond"/>
          <w:sz w:val="24"/>
          <w:szCs w:val="24"/>
        </w:rPr>
        <w:lastRenderedPageBreak/>
        <w:t xml:space="preserve"> Di aver </w:t>
      </w:r>
      <w:proofErr w:type="spellStart"/>
      <w:r w:rsidRPr="00B605D8">
        <w:rPr>
          <w:rFonts w:ascii="Garamond" w:hAnsi="Garamond"/>
          <w:sz w:val="24"/>
          <w:szCs w:val="24"/>
        </w:rPr>
        <w:t>preso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visione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dell'Avviso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Pubblico</w:t>
      </w:r>
      <w:proofErr w:type="spellEnd"/>
      <w:r w:rsidRPr="00B605D8">
        <w:rPr>
          <w:rFonts w:ascii="Garamond" w:hAnsi="Garamond"/>
          <w:sz w:val="24"/>
          <w:szCs w:val="24"/>
        </w:rPr>
        <w:t xml:space="preserve"> e di </w:t>
      </w:r>
      <w:proofErr w:type="spellStart"/>
      <w:r w:rsidRPr="00B605D8">
        <w:rPr>
          <w:rFonts w:ascii="Garamond" w:hAnsi="Garamond"/>
          <w:sz w:val="24"/>
          <w:szCs w:val="24"/>
        </w:rPr>
        <w:t>essere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a </w:t>
      </w:r>
      <w:proofErr w:type="spellStart"/>
      <w:r w:rsidRPr="00B605D8">
        <w:rPr>
          <w:rFonts w:ascii="Garamond" w:hAnsi="Garamond"/>
          <w:sz w:val="24"/>
          <w:szCs w:val="24"/>
        </w:rPr>
        <w:t>conoscenza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che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la </w:t>
      </w:r>
      <w:proofErr w:type="spellStart"/>
      <w:r w:rsidRPr="00B605D8">
        <w:rPr>
          <w:rFonts w:ascii="Garamond" w:hAnsi="Garamond"/>
          <w:sz w:val="24"/>
          <w:szCs w:val="24"/>
        </w:rPr>
        <w:t>presente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manifestazione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non </w:t>
      </w:r>
      <w:proofErr w:type="spellStart"/>
      <w:r w:rsidRPr="00B605D8">
        <w:rPr>
          <w:rFonts w:ascii="Garamond" w:hAnsi="Garamond"/>
          <w:sz w:val="24"/>
          <w:szCs w:val="24"/>
        </w:rPr>
        <w:t>costituisce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proposta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contrattuale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né </w:t>
      </w:r>
      <w:proofErr w:type="spellStart"/>
      <w:r w:rsidRPr="00B605D8">
        <w:rPr>
          <w:rFonts w:ascii="Garamond" w:hAnsi="Garamond"/>
          <w:sz w:val="24"/>
          <w:szCs w:val="24"/>
        </w:rPr>
        <w:t>vincola</w:t>
      </w:r>
      <w:proofErr w:type="spellEnd"/>
      <w:r w:rsidRPr="00B605D8">
        <w:rPr>
          <w:rFonts w:ascii="Garamond" w:hAnsi="Garamond"/>
          <w:sz w:val="24"/>
          <w:szCs w:val="24"/>
        </w:rPr>
        <w:t xml:space="preserve"> in </w:t>
      </w:r>
      <w:proofErr w:type="spellStart"/>
      <w:r w:rsidRPr="00B605D8">
        <w:rPr>
          <w:rFonts w:ascii="Garamond" w:hAnsi="Garamond"/>
          <w:sz w:val="24"/>
          <w:szCs w:val="24"/>
        </w:rPr>
        <w:t>alcun</w:t>
      </w:r>
      <w:proofErr w:type="spellEnd"/>
      <w:r w:rsidRPr="00B605D8">
        <w:rPr>
          <w:rFonts w:ascii="Garamond" w:hAnsi="Garamond"/>
          <w:sz w:val="24"/>
          <w:szCs w:val="24"/>
        </w:rPr>
        <w:t xml:space="preserve"> modo </w:t>
      </w:r>
      <w:proofErr w:type="spellStart"/>
      <w:r w:rsidRPr="00B605D8">
        <w:rPr>
          <w:rFonts w:ascii="Garamond" w:hAnsi="Garamond"/>
          <w:sz w:val="24"/>
          <w:szCs w:val="24"/>
        </w:rPr>
        <w:t>l'Amministrazione</w:t>
      </w:r>
      <w:proofErr w:type="spellEnd"/>
      <w:r w:rsidRPr="00B605D8">
        <w:rPr>
          <w:rFonts w:ascii="Garamond" w:hAnsi="Garamond"/>
          <w:sz w:val="24"/>
          <w:szCs w:val="24"/>
        </w:rPr>
        <w:t xml:space="preserve"> </w:t>
      </w:r>
      <w:proofErr w:type="spellStart"/>
      <w:r w:rsidRPr="00B605D8">
        <w:rPr>
          <w:rFonts w:ascii="Garamond" w:hAnsi="Garamond"/>
          <w:sz w:val="24"/>
          <w:szCs w:val="24"/>
        </w:rPr>
        <w:t>procedente</w:t>
      </w:r>
      <w:proofErr w:type="spellEnd"/>
      <w:r w:rsidRPr="00B605D8">
        <w:rPr>
          <w:rFonts w:ascii="Garamond" w:hAnsi="Garamond"/>
          <w:sz w:val="24"/>
          <w:szCs w:val="24"/>
        </w:rPr>
        <w:t>.</w:t>
      </w:r>
    </w:p>
    <w:p w14:paraId="649999CA" w14:textId="77777777" w:rsidR="00B605D8" w:rsidRPr="00B605D8" w:rsidRDefault="00B605D8" w:rsidP="00B605D8">
      <w:pPr>
        <w:spacing w:after="0"/>
        <w:jc w:val="both"/>
        <w:rPr>
          <w:rFonts w:ascii="Garamond" w:hAnsi="Garamond"/>
          <w:sz w:val="24"/>
          <w:szCs w:val="24"/>
        </w:rPr>
      </w:pPr>
    </w:p>
    <w:p w14:paraId="7740F65D" w14:textId="77777777" w:rsidR="00B854BD" w:rsidRPr="00AB291B" w:rsidRDefault="00000000" w:rsidP="00AB291B">
      <w:pPr>
        <w:jc w:val="both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b/>
          <w:sz w:val="24"/>
          <w:szCs w:val="24"/>
        </w:rPr>
        <w:t>SEZIONE 3: CONTRIBUTI E PROPOSTE PER LA GESTIONE (</w:t>
      </w:r>
      <w:proofErr w:type="spellStart"/>
      <w:r w:rsidRPr="00AB291B">
        <w:rPr>
          <w:rFonts w:ascii="Garamond" w:hAnsi="Garamond"/>
          <w:b/>
          <w:sz w:val="24"/>
          <w:szCs w:val="24"/>
        </w:rPr>
        <w:t>Consultazione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di Mercato)</w:t>
      </w:r>
    </w:p>
    <w:p w14:paraId="12383723" w14:textId="77777777" w:rsidR="00B854BD" w:rsidRPr="00AB291B" w:rsidRDefault="00000000" w:rsidP="00AB291B">
      <w:pPr>
        <w:jc w:val="both"/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 xml:space="preserve">In </w:t>
      </w:r>
      <w:proofErr w:type="spellStart"/>
      <w:r w:rsidRPr="00AB291B">
        <w:rPr>
          <w:rFonts w:ascii="Garamond" w:hAnsi="Garamond"/>
          <w:sz w:val="24"/>
          <w:szCs w:val="24"/>
        </w:rPr>
        <w:t>merito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alla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futura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gestione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del bar-ristorante del Castello di </w:t>
      </w:r>
      <w:proofErr w:type="spellStart"/>
      <w:r w:rsidRPr="00AB291B">
        <w:rPr>
          <w:rFonts w:ascii="Garamond" w:hAnsi="Garamond"/>
          <w:sz w:val="24"/>
          <w:szCs w:val="24"/>
        </w:rPr>
        <w:t>Breno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</w:t>
      </w:r>
      <w:proofErr w:type="spellStart"/>
      <w:r w:rsidRPr="00AB291B">
        <w:rPr>
          <w:rFonts w:ascii="Garamond" w:hAnsi="Garamond"/>
          <w:sz w:val="24"/>
          <w:szCs w:val="24"/>
        </w:rPr>
        <w:t>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cui </w:t>
      </w:r>
      <w:proofErr w:type="spellStart"/>
      <w:r w:rsidRPr="00AB291B">
        <w:rPr>
          <w:rFonts w:ascii="Garamond" w:hAnsi="Garamond"/>
          <w:sz w:val="24"/>
          <w:szCs w:val="24"/>
        </w:rPr>
        <w:t>locali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sono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già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interamente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arredati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sz w:val="24"/>
          <w:szCs w:val="24"/>
        </w:rPr>
        <w:t>dotati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di cucina </w:t>
      </w:r>
      <w:proofErr w:type="spellStart"/>
      <w:r w:rsidRPr="00AB291B">
        <w:rPr>
          <w:rFonts w:ascii="Garamond" w:hAnsi="Garamond"/>
          <w:sz w:val="24"/>
          <w:szCs w:val="24"/>
        </w:rPr>
        <w:t>professionale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), </w:t>
      </w:r>
      <w:proofErr w:type="spellStart"/>
      <w:r w:rsidRPr="00AB291B">
        <w:rPr>
          <w:rFonts w:ascii="Garamond" w:hAnsi="Garamond"/>
          <w:sz w:val="24"/>
          <w:szCs w:val="24"/>
        </w:rPr>
        <w:t>si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forniscono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le </w:t>
      </w:r>
      <w:proofErr w:type="spellStart"/>
      <w:r w:rsidRPr="00AB291B">
        <w:rPr>
          <w:rFonts w:ascii="Garamond" w:hAnsi="Garamond"/>
          <w:sz w:val="24"/>
          <w:szCs w:val="24"/>
        </w:rPr>
        <w:t>seguenti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indicazioni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tecniche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operative:</w:t>
      </w:r>
    </w:p>
    <w:p w14:paraId="5F45F6C1" w14:textId="54C64419" w:rsidR="00B605D8" w:rsidRDefault="00B605D8" w:rsidP="00B605D8">
      <w:pPr>
        <w:rPr>
          <w:rFonts w:ascii="Garamond" w:hAnsi="Garamond"/>
          <w:b/>
          <w:sz w:val="24"/>
          <w:szCs w:val="24"/>
        </w:rPr>
      </w:pPr>
      <w:r w:rsidRPr="00B605D8">
        <w:rPr>
          <w:rFonts w:ascii="Garamond" w:hAnsi="Garamond"/>
          <w:b/>
          <w:sz w:val="24"/>
          <w:szCs w:val="24"/>
        </w:rPr>
        <w:t xml:space="preserve">Idea </w:t>
      </w:r>
      <w:proofErr w:type="spellStart"/>
      <w:r w:rsidRPr="00B605D8">
        <w:rPr>
          <w:rFonts w:ascii="Garamond" w:hAnsi="Garamond"/>
          <w:b/>
          <w:sz w:val="24"/>
          <w:szCs w:val="24"/>
        </w:rPr>
        <w:t>progettuale</w:t>
      </w:r>
      <w:proofErr w:type="spellEnd"/>
      <w:r w:rsidRPr="00B605D8">
        <w:rPr>
          <w:rFonts w:ascii="Garamond" w:hAnsi="Garamond"/>
          <w:b/>
          <w:sz w:val="24"/>
          <w:szCs w:val="24"/>
        </w:rPr>
        <w:t xml:space="preserve"> e di </w:t>
      </w:r>
      <w:proofErr w:type="spellStart"/>
      <w:r w:rsidRPr="00B605D8">
        <w:rPr>
          <w:rFonts w:ascii="Garamond" w:hAnsi="Garamond"/>
          <w:b/>
          <w:sz w:val="24"/>
          <w:szCs w:val="24"/>
        </w:rPr>
        <w:t>posizionamanto</w:t>
      </w:r>
      <w:proofErr w:type="spellEnd"/>
      <w:r w:rsidRPr="00B605D8">
        <w:rPr>
          <w:rFonts w:ascii="Garamond" w:hAnsi="Garamond"/>
          <w:b/>
          <w:sz w:val="24"/>
          <w:szCs w:val="24"/>
        </w:rPr>
        <w:t>:</w:t>
      </w:r>
    </w:p>
    <w:p w14:paraId="700B86A6" w14:textId="77777777" w:rsidR="00B605D8" w:rsidRDefault="00B605D8" w:rsidP="00B605D8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______________________________________________________________________________</w:t>
      </w:r>
    </w:p>
    <w:p w14:paraId="549AAF4D" w14:textId="231B37D6" w:rsidR="00B605D8" w:rsidRDefault="00B605D8" w:rsidP="00B605D8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______________________________________________________________________________</w:t>
      </w:r>
    </w:p>
    <w:p w14:paraId="51422DFF" w14:textId="58021B63" w:rsidR="00B605D8" w:rsidRDefault="00B605D8" w:rsidP="00B605D8">
      <w:pPr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b/>
          <w:sz w:val="24"/>
          <w:szCs w:val="24"/>
        </w:rPr>
        <w:t>Calendario</w:t>
      </w:r>
      <w:proofErr w:type="spellEnd"/>
      <w:r>
        <w:rPr>
          <w:rFonts w:ascii="Garamond" w:hAnsi="Garamond"/>
          <w:b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sz w:val="24"/>
          <w:szCs w:val="24"/>
        </w:rPr>
        <w:t>Eventi</w:t>
      </w:r>
      <w:proofErr w:type="spellEnd"/>
      <w:r>
        <w:rPr>
          <w:rFonts w:ascii="Garamond" w:hAnsi="Garamond"/>
          <w:b/>
          <w:sz w:val="24"/>
          <w:szCs w:val="24"/>
        </w:rPr>
        <w:t>:</w:t>
      </w:r>
    </w:p>
    <w:p w14:paraId="5E852297" w14:textId="34E19961" w:rsidR="00B605D8" w:rsidRDefault="00B605D8" w:rsidP="00B605D8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______________________________________________________________________________</w:t>
      </w:r>
    </w:p>
    <w:p w14:paraId="04F70F16" w14:textId="38E184C7" w:rsidR="00F41BC7" w:rsidRDefault="00F41BC7" w:rsidP="00B605D8">
      <w:pPr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______________________________________________________________________________</w:t>
      </w:r>
    </w:p>
    <w:p w14:paraId="076107BD" w14:textId="77777777" w:rsidR="00F41BC7" w:rsidRDefault="00000000">
      <w:pPr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Allestimento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e Cucina:</w:t>
      </w:r>
      <w:r w:rsidRPr="00AB291B">
        <w:rPr>
          <w:rFonts w:ascii="Garamond" w:hAnsi="Garamond"/>
          <w:b/>
          <w:sz w:val="24"/>
          <w:szCs w:val="24"/>
        </w:rPr>
        <w:br/>
      </w:r>
      <w:r w:rsidRPr="00AB291B">
        <w:rPr>
          <w:rFonts w:ascii="Garamond" w:hAnsi="Garamond"/>
          <w:sz w:val="24"/>
          <w:szCs w:val="24"/>
        </w:rPr>
        <w:t xml:space="preserve">I </w:t>
      </w:r>
      <w:proofErr w:type="spellStart"/>
      <w:r w:rsidRPr="00AB291B">
        <w:rPr>
          <w:rFonts w:ascii="Garamond" w:hAnsi="Garamond"/>
          <w:sz w:val="24"/>
          <w:szCs w:val="24"/>
        </w:rPr>
        <w:t>locali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la cucina </w:t>
      </w:r>
      <w:proofErr w:type="spellStart"/>
      <w:r w:rsidRPr="00AB291B">
        <w:rPr>
          <w:rFonts w:ascii="Garamond" w:hAnsi="Garamond"/>
          <w:sz w:val="24"/>
          <w:szCs w:val="24"/>
        </w:rPr>
        <w:t>professionale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attualmente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presenti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sono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considerati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completi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sz w:val="24"/>
          <w:szCs w:val="24"/>
        </w:rPr>
        <w:t>idonei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all'avvio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dell'attività</w:t>
      </w:r>
      <w:proofErr w:type="spellEnd"/>
      <w:r w:rsidRPr="00AB291B">
        <w:rPr>
          <w:rFonts w:ascii="Garamond" w:hAnsi="Garamond"/>
          <w:sz w:val="24"/>
          <w:szCs w:val="24"/>
        </w:rPr>
        <w:t>?</w:t>
      </w:r>
      <w:r w:rsidRPr="00AB291B">
        <w:rPr>
          <w:rFonts w:ascii="Garamond" w:hAnsi="Garamond"/>
          <w:sz w:val="24"/>
          <w:szCs w:val="24"/>
        </w:rPr>
        <w:br/>
      </w:r>
      <w:proofErr w:type="gramStart"/>
      <w:r w:rsidRPr="00AB291B">
        <w:rPr>
          <w:rFonts w:ascii="Garamond" w:hAnsi="Garamond"/>
          <w:sz w:val="24"/>
          <w:szCs w:val="24"/>
        </w:rPr>
        <w:t>[  ]</w:t>
      </w:r>
      <w:proofErr w:type="gram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Sì</w:t>
      </w:r>
      <w:proofErr w:type="spellEnd"/>
      <w:r w:rsidRPr="00AB291B">
        <w:rPr>
          <w:rFonts w:ascii="Garamond" w:hAnsi="Garamond"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sz w:val="24"/>
          <w:szCs w:val="24"/>
        </w:rPr>
        <w:t>l'attrezzatura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attuale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è </w:t>
      </w:r>
      <w:proofErr w:type="spellStart"/>
      <w:r w:rsidRPr="00AB291B">
        <w:rPr>
          <w:rFonts w:ascii="Garamond" w:hAnsi="Garamond"/>
          <w:sz w:val="24"/>
          <w:szCs w:val="24"/>
        </w:rPr>
        <w:t>sufficiente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per il </w:t>
      </w:r>
      <w:proofErr w:type="spellStart"/>
      <w:r w:rsidRPr="00AB291B">
        <w:rPr>
          <w:rFonts w:ascii="Garamond" w:hAnsi="Garamond"/>
          <w:sz w:val="24"/>
          <w:szCs w:val="24"/>
        </w:rPr>
        <w:t>modello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di business </w:t>
      </w:r>
      <w:proofErr w:type="spellStart"/>
      <w:r w:rsidRPr="00AB291B">
        <w:rPr>
          <w:rFonts w:ascii="Garamond" w:hAnsi="Garamond"/>
          <w:sz w:val="24"/>
          <w:szCs w:val="24"/>
        </w:rPr>
        <w:t>previsto</w:t>
      </w:r>
      <w:proofErr w:type="spellEnd"/>
      <w:r w:rsidRPr="00AB291B">
        <w:rPr>
          <w:rFonts w:ascii="Garamond" w:hAnsi="Garamond"/>
          <w:sz w:val="24"/>
          <w:szCs w:val="24"/>
        </w:rPr>
        <w:t>.</w:t>
      </w:r>
      <w:r w:rsidRPr="00AB291B">
        <w:rPr>
          <w:rFonts w:ascii="Garamond" w:hAnsi="Garamond"/>
          <w:sz w:val="24"/>
          <w:szCs w:val="24"/>
        </w:rPr>
        <w:br/>
        <w:t xml:space="preserve">[  ] No, </w:t>
      </w:r>
      <w:proofErr w:type="spellStart"/>
      <w:r w:rsidRPr="00AB291B">
        <w:rPr>
          <w:rFonts w:ascii="Garamond" w:hAnsi="Garamond"/>
          <w:sz w:val="24"/>
          <w:szCs w:val="24"/>
        </w:rPr>
        <w:t>sarebbero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necessarie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le </w:t>
      </w:r>
      <w:proofErr w:type="spellStart"/>
      <w:r w:rsidRPr="00AB291B">
        <w:rPr>
          <w:rFonts w:ascii="Garamond" w:hAnsi="Garamond"/>
          <w:sz w:val="24"/>
          <w:szCs w:val="24"/>
        </w:rPr>
        <w:t>seguenti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integrazioni</w:t>
      </w:r>
      <w:proofErr w:type="spellEnd"/>
      <w:r w:rsidRPr="00AB291B">
        <w:rPr>
          <w:rFonts w:ascii="Garamond" w:hAnsi="Garamond"/>
          <w:sz w:val="24"/>
          <w:szCs w:val="24"/>
        </w:rPr>
        <w:t>/</w:t>
      </w:r>
      <w:proofErr w:type="spellStart"/>
      <w:r w:rsidRPr="00AB291B">
        <w:rPr>
          <w:rFonts w:ascii="Garamond" w:hAnsi="Garamond"/>
          <w:sz w:val="24"/>
          <w:szCs w:val="24"/>
        </w:rPr>
        <w:t>migliorie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</w:t>
      </w:r>
      <w:proofErr w:type="spellStart"/>
      <w:r w:rsidRPr="00AB291B">
        <w:rPr>
          <w:rFonts w:ascii="Garamond" w:hAnsi="Garamond"/>
          <w:sz w:val="24"/>
          <w:szCs w:val="24"/>
        </w:rPr>
        <w:t>specificare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brevemente</w:t>
      </w:r>
      <w:proofErr w:type="spellEnd"/>
      <w:r w:rsidRPr="00AB291B">
        <w:rPr>
          <w:rFonts w:ascii="Garamond" w:hAnsi="Garamond"/>
          <w:sz w:val="24"/>
          <w:szCs w:val="24"/>
        </w:rPr>
        <w:t>):</w:t>
      </w:r>
    </w:p>
    <w:p w14:paraId="11A7FC2E" w14:textId="307285AC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______________________________________________________________________________</w:t>
      </w:r>
    </w:p>
    <w:p w14:paraId="4CBECD77" w14:textId="2C4F33B6" w:rsidR="00F41BC7" w:rsidRDefault="00000000" w:rsidP="00CD7B89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Periodo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di Apertura e </w:t>
      </w:r>
      <w:proofErr w:type="spellStart"/>
      <w:r w:rsidRPr="00AB291B">
        <w:rPr>
          <w:rFonts w:ascii="Garamond" w:hAnsi="Garamond"/>
          <w:b/>
          <w:sz w:val="24"/>
          <w:szCs w:val="24"/>
        </w:rPr>
        <w:t>Stagionalità</w:t>
      </w:r>
      <w:proofErr w:type="spellEnd"/>
      <w:r w:rsidRPr="00AB291B">
        <w:rPr>
          <w:rFonts w:ascii="Garamond" w:hAnsi="Garamond"/>
          <w:b/>
          <w:sz w:val="24"/>
          <w:szCs w:val="24"/>
        </w:rPr>
        <w:t>:</w:t>
      </w:r>
      <w:r w:rsidRPr="00AB291B">
        <w:rPr>
          <w:rFonts w:ascii="Garamond" w:hAnsi="Garamond"/>
          <w:b/>
          <w:sz w:val="24"/>
          <w:szCs w:val="24"/>
        </w:rPr>
        <w:br/>
      </w:r>
      <w:r w:rsidRPr="00AB291B">
        <w:rPr>
          <w:rFonts w:ascii="Garamond" w:hAnsi="Garamond"/>
          <w:sz w:val="24"/>
          <w:szCs w:val="24"/>
        </w:rPr>
        <w:t xml:space="preserve">Qual è la formula di </w:t>
      </w:r>
      <w:proofErr w:type="spellStart"/>
      <w:r w:rsidRPr="00AB291B">
        <w:rPr>
          <w:rFonts w:ascii="Garamond" w:hAnsi="Garamond"/>
          <w:sz w:val="24"/>
          <w:szCs w:val="24"/>
        </w:rPr>
        <w:t>apertura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ottimale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per </w:t>
      </w:r>
      <w:proofErr w:type="spellStart"/>
      <w:r w:rsidRPr="00AB291B">
        <w:rPr>
          <w:rFonts w:ascii="Garamond" w:hAnsi="Garamond"/>
          <w:sz w:val="24"/>
          <w:szCs w:val="24"/>
        </w:rPr>
        <w:t>garantire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la </w:t>
      </w:r>
      <w:proofErr w:type="spellStart"/>
      <w:r w:rsidRPr="00AB291B">
        <w:rPr>
          <w:rFonts w:ascii="Garamond" w:hAnsi="Garamond"/>
          <w:sz w:val="24"/>
          <w:szCs w:val="24"/>
        </w:rPr>
        <w:t>sostenibilità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economica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il </w:t>
      </w:r>
      <w:proofErr w:type="spellStart"/>
      <w:r w:rsidRPr="00AB291B">
        <w:rPr>
          <w:rFonts w:ascii="Garamond" w:hAnsi="Garamond"/>
          <w:sz w:val="24"/>
          <w:szCs w:val="24"/>
        </w:rPr>
        <w:t>servizio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al turista?</w:t>
      </w:r>
      <w:r w:rsidRPr="00AB291B">
        <w:rPr>
          <w:rFonts w:ascii="Garamond" w:hAnsi="Garamond"/>
          <w:sz w:val="24"/>
          <w:szCs w:val="24"/>
        </w:rPr>
        <w:br/>
      </w:r>
      <w:proofErr w:type="gramStart"/>
      <w:r w:rsidRPr="00AB291B">
        <w:rPr>
          <w:rFonts w:ascii="Garamond" w:hAnsi="Garamond"/>
          <w:sz w:val="24"/>
          <w:szCs w:val="24"/>
        </w:rPr>
        <w:t>[  ]</w:t>
      </w:r>
      <w:proofErr w:type="gramEnd"/>
      <w:r w:rsidRPr="00AB291B">
        <w:rPr>
          <w:rFonts w:ascii="Garamond" w:hAnsi="Garamond"/>
          <w:sz w:val="24"/>
          <w:szCs w:val="24"/>
        </w:rPr>
        <w:t xml:space="preserve"> Apertura </w:t>
      </w:r>
      <w:proofErr w:type="spellStart"/>
      <w:r w:rsidRPr="00AB291B">
        <w:rPr>
          <w:rFonts w:ascii="Garamond" w:hAnsi="Garamond"/>
          <w:sz w:val="24"/>
          <w:szCs w:val="24"/>
        </w:rPr>
        <w:t>annuale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continuativa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(6 o 7 </w:t>
      </w:r>
      <w:proofErr w:type="spellStart"/>
      <w:r w:rsidRPr="00AB291B">
        <w:rPr>
          <w:rFonts w:ascii="Garamond" w:hAnsi="Garamond"/>
          <w:sz w:val="24"/>
          <w:szCs w:val="24"/>
        </w:rPr>
        <w:t>giorni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su</w:t>
      </w:r>
      <w:proofErr w:type="spellEnd"/>
      <w:r w:rsidRPr="00AB291B">
        <w:rPr>
          <w:rFonts w:ascii="Garamond" w:hAnsi="Garamond"/>
          <w:sz w:val="24"/>
          <w:szCs w:val="24"/>
        </w:rPr>
        <w:t xml:space="preserve"> 7).</w:t>
      </w:r>
      <w:r w:rsidRPr="00AB291B">
        <w:rPr>
          <w:rFonts w:ascii="Garamond" w:hAnsi="Garamond"/>
          <w:sz w:val="24"/>
          <w:szCs w:val="24"/>
        </w:rPr>
        <w:br/>
        <w:t xml:space="preserve">[  ] Apertura </w:t>
      </w:r>
      <w:proofErr w:type="spellStart"/>
      <w:r w:rsidRPr="00AB291B">
        <w:rPr>
          <w:rFonts w:ascii="Garamond" w:hAnsi="Garamond"/>
          <w:sz w:val="24"/>
          <w:szCs w:val="24"/>
        </w:rPr>
        <w:t>stagionale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estesa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(es. da Marzo a </w:t>
      </w:r>
      <w:proofErr w:type="spellStart"/>
      <w:r w:rsidRPr="00AB291B">
        <w:rPr>
          <w:rFonts w:ascii="Garamond" w:hAnsi="Garamond"/>
          <w:sz w:val="24"/>
          <w:szCs w:val="24"/>
        </w:rPr>
        <w:t>Ottobre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tutti </w:t>
      </w:r>
      <w:proofErr w:type="spellStart"/>
      <w:r w:rsidRPr="00AB291B">
        <w:rPr>
          <w:rFonts w:ascii="Garamond" w:hAnsi="Garamond"/>
          <w:sz w:val="24"/>
          <w:szCs w:val="24"/>
        </w:rPr>
        <w:t>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giorni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, </w:t>
      </w:r>
      <w:proofErr w:type="spellStart"/>
      <w:r w:rsidRPr="00AB291B">
        <w:rPr>
          <w:rFonts w:ascii="Garamond" w:hAnsi="Garamond"/>
          <w:sz w:val="24"/>
          <w:szCs w:val="24"/>
        </w:rPr>
        <w:t>mesi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invernali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solo weekend/</w:t>
      </w:r>
      <w:proofErr w:type="spellStart"/>
      <w:r w:rsidRPr="00AB291B">
        <w:rPr>
          <w:rFonts w:ascii="Garamond" w:hAnsi="Garamond"/>
          <w:sz w:val="24"/>
          <w:szCs w:val="24"/>
        </w:rPr>
        <w:t>festivi</w:t>
      </w:r>
      <w:proofErr w:type="spellEnd"/>
      <w:r w:rsidR="00F41BC7">
        <w:rPr>
          <w:rFonts w:ascii="Garamond" w:hAnsi="Garamond"/>
          <w:sz w:val="24"/>
          <w:szCs w:val="24"/>
        </w:rPr>
        <w:t xml:space="preserve"> o </w:t>
      </w:r>
      <w:proofErr w:type="spellStart"/>
      <w:r w:rsidR="00F41BC7">
        <w:rPr>
          <w:rFonts w:ascii="Garamond" w:hAnsi="Garamond"/>
          <w:sz w:val="24"/>
          <w:szCs w:val="24"/>
        </w:rPr>
        <w:t>su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prenotazione</w:t>
      </w:r>
      <w:proofErr w:type="spellEnd"/>
      <w:r w:rsidRPr="00AB291B">
        <w:rPr>
          <w:rFonts w:ascii="Garamond" w:hAnsi="Garamond"/>
          <w:sz w:val="24"/>
          <w:szCs w:val="24"/>
        </w:rPr>
        <w:t>).</w:t>
      </w:r>
      <w:r w:rsidRPr="00AB291B">
        <w:rPr>
          <w:rFonts w:ascii="Garamond" w:hAnsi="Garamond"/>
          <w:sz w:val="24"/>
          <w:szCs w:val="24"/>
        </w:rPr>
        <w:br/>
      </w:r>
      <w:proofErr w:type="gramStart"/>
      <w:r w:rsidRPr="00AB291B">
        <w:rPr>
          <w:rFonts w:ascii="Garamond" w:hAnsi="Garamond"/>
          <w:sz w:val="24"/>
          <w:szCs w:val="24"/>
        </w:rPr>
        <w:t>[  ]</w:t>
      </w:r>
      <w:proofErr w:type="gram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Altro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</w:t>
      </w:r>
      <w:proofErr w:type="spellStart"/>
      <w:r w:rsidRPr="00AB291B">
        <w:rPr>
          <w:rFonts w:ascii="Garamond" w:hAnsi="Garamond"/>
          <w:sz w:val="24"/>
          <w:szCs w:val="24"/>
        </w:rPr>
        <w:t>specificare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proposta</w:t>
      </w:r>
      <w:proofErr w:type="spellEnd"/>
      <w:r w:rsidRPr="00AB291B">
        <w:rPr>
          <w:rFonts w:ascii="Garamond" w:hAnsi="Garamond"/>
          <w:sz w:val="24"/>
          <w:szCs w:val="24"/>
        </w:rPr>
        <w:t xml:space="preserve">): </w:t>
      </w:r>
    </w:p>
    <w:p w14:paraId="14BEB311" w14:textId="77777777" w:rsidR="00F41BC7" w:rsidRDefault="00F41BC7" w:rsidP="00CD7B89">
      <w:pPr>
        <w:spacing w:after="0"/>
        <w:rPr>
          <w:rFonts w:ascii="Garamond" w:hAnsi="Garamond"/>
          <w:sz w:val="24"/>
          <w:szCs w:val="24"/>
        </w:rPr>
      </w:pPr>
    </w:p>
    <w:p w14:paraId="43605AA1" w14:textId="4EDD2419" w:rsidR="00AB291B" w:rsidRDefault="00000000" w:rsidP="00CD7B89">
      <w:pPr>
        <w:spacing w:after="0"/>
        <w:rPr>
          <w:rFonts w:ascii="Garamond" w:hAnsi="Garamond"/>
          <w:b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__________________________________________________________</w:t>
      </w:r>
      <w:r w:rsidR="00AB291B">
        <w:rPr>
          <w:rFonts w:ascii="Garamond" w:hAnsi="Garamond"/>
          <w:sz w:val="24"/>
          <w:szCs w:val="24"/>
        </w:rPr>
        <w:t>__________________</w:t>
      </w:r>
      <w:r w:rsidRPr="00AB291B">
        <w:rPr>
          <w:rFonts w:ascii="Garamond" w:hAnsi="Garamond"/>
          <w:sz w:val="24"/>
          <w:szCs w:val="24"/>
        </w:rPr>
        <w:t>_</w:t>
      </w:r>
      <w:r w:rsidRPr="00AB291B">
        <w:rPr>
          <w:rFonts w:ascii="Garamond" w:hAnsi="Garamond"/>
          <w:sz w:val="24"/>
          <w:szCs w:val="24"/>
        </w:rPr>
        <w:br/>
      </w:r>
    </w:p>
    <w:p w14:paraId="405CAF7B" w14:textId="24108340" w:rsidR="00B854BD" w:rsidRPr="00AB291B" w:rsidRDefault="00000000" w:rsidP="00CD7B89">
      <w:pPr>
        <w:spacing w:after="0"/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Durata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del </w:t>
      </w:r>
      <w:proofErr w:type="spellStart"/>
      <w:r w:rsidRPr="00AB291B">
        <w:rPr>
          <w:rFonts w:ascii="Garamond" w:hAnsi="Garamond"/>
          <w:b/>
          <w:sz w:val="24"/>
          <w:szCs w:val="24"/>
        </w:rPr>
        <w:t>Contratto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di </w:t>
      </w:r>
      <w:proofErr w:type="spellStart"/>
      <w:r w:rsidRPr="00AB291B">
        <w:rPr>
          <w:rFonts w:ascii="Garamond" w:hAnsi="Garamond"/>
          <w:b/>
          <w:sz w:val="24"/>
          <w:szCs w:val="24"/>
        </w:rPr>
        <w:t>Locazione</w:t>
      </w:r>
      <w:proofErr w:type="spellEnd"/>
      <w:r w:rsidRPr="00AB291B">
        <w:rPr>
          <w:rFonts w:ascii="Garamond" w:hAnsi="Garamond"/>
          <w:b/>
          <w:sz w:val="24"/>
          <w:szCs w:val="24"/>
        </w:rPr>
        <w:t>:</w:t>
      </w:r>
      <w:r w:rsidRPr="00AB291B">
        <w:rPr>
          <w:rFonts w:ascii="Garamond" w:hAnsi="Garamond"/>
          <w:b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Considerando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che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la cucina è </w:t>
      </w:r>
      <w:proofErr w:type="spellStart"/>
      <w:r w:rsidRPr="00AB291B">
        <w:rPr>
          <w:rFonts w:ascii="Garamond" w:hAnsi="Garamond"/>
          <w:sz w:val="24"/>
          <w:szCs w:val="24"/>
        </w:rPr>
        <w:t>già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arredata</w:t>
      </w:r>
      <w:proofErr w:type="spellEnd"/>
      <w:r w:rsidRPr="00AB291B">
        <w:rPr>
          <w:rFonts w:ascii="Garamond" w:hAnsi="Garamond"/>
          <w:sz w:val="24"/>
          <w:szCs w:val="24"/>
        </w:rPr>
        <w:t xml:space="preserve">, quale </w:t>
      </w:r>
      <w:proofErr w:type="spellStart"/>
      <w:r w:rsidRPr="00AB291B">
        <w:rPr>
          <w:rFonts w:ascii="Garamond" w:hAnsi="Garamond"/>
          <w:sz w:val="24"/>
          <w:szCs w:val="24"/>
        </w:rPr>
        <w:t>durata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contrattuale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ritiene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più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congrua</w:t>
      </w:r>
      <w:proofErr w:type="spellEnd"/>
      <w:r w:rsidRPr="00AB291B">
        <w:rPr>
          <w:rFonts w:ascii="Garamond" w:hAnsi="Garamond"/>
          <w:sz w:val="24"/>
          <w:szCs w:val="24"/>
        </w:rPr>
        <w:t>?</w:t>
      </w:r>
      <w:r w:rsidRPr="00AB291B">
        <w:rPr>
          <w:rFonts w:ascii="Garamond" w:hAnsi="Garamond"/>
          <w:sz w:val="24"/>
          <w:szCs w:val="24"/>
        </w:rPr>
        <w:br/>
      </w:r>
      <w:proofErr w:type="gramStart"/>
      <w:r w:rsidRPr="00AB291B">
        <w:rPr>
          <w:rFonts w:ascii="Garamond" w:hAnsi="Garamond"/>
          <w:sz w:val="24"/>
          <w:szCs w:val="24"/>
        </w:rPr>
        <w:t>[  ]</w:t>
      </w:r>
      <w:proofErr w:type="gramEnd"/>
      <w:r w:rsidRPr="00AB291B">
        <w:rPr>
          <w:rFonts w:ascii="Garamond" w:hAnsi="Garamond"/>
          <w:sz w:val="24"/>
          <w:szCs w:val="24"/>
        </w:rPr>
        <w:t xml:space="preserve"> 6 anni (formula standard </w:t>
      </w:r>
      <w:proofErr w:type="spellStart"/>
      <w:r w:rsidRPr="00AB291B">
        <w:rPr>
          <w:rFonts w:ascii="Garamond" w:hAnsi="Garamond"/>
          <w:sz w:val="24"/>
          <w:szCs w:val="24"/>
        </w:rPr>
        <w:t>commerciale</w:t>
      </w:r>
      <w:proofErr w:type="spellEnd"/>
      <w:r w:rsidRPr="00AB291B">
        <w:rPr>
          <w:rFonts w:ascii="Garamond" w:hAnsi="Garamond"/>
          <w:sz w:val="24"/>
          <w:szCs w:val="24"/>
        </w:rPr>
        <w:t>).</w:t>
      </w:r>
      <w:r w:rsidRPr="00AB291B">
        <w:rPr>
          <w:rFonts w:ascii="Garamond" w:hAnsi="Garamond"/>
          <w:sz w:val="24"/>
          <w:szCs w:val="24"/>
        </w:rPr>
        <w:br/>
        <w:t xml:space="preserve">[  ] 9 anni o </w:t>
      </w:r>
      <w:proofErr w:type="spellStart"/>
      <w:r w:rsidRPr="00AB291B">
        <w:rPr>
          <w:rFonts w:ascii="Garamond" w:hAnsi="Garamond"/>
          <w:sz w:val="24"/>
          <w:szCs w:val="24"/>
        </w:rPr>
        <w:t>superiore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(per </w:t>
      </w:r>
      <w:proofErr w:type="spellStart"/>
      <w:r w:rsidRPr="00AB291B">
        <w:rPr>
          <w:rFonts w:ascii="Garamond" w:hAnsi="Garamond"/>
          <w:sz w:val="24"/>
          <w:szCs w:val="24"/>
        </w:rPr>
        <w:t>consentire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una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programmazione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a </w:t>
      </w:r>
      <w:proofErr w:type="spellStart"/>
      <w:r w:rsidRPr="00AB291B">
        <w:rPr>
          <w:rFonts w:ascii="Garamond" w:hAnsi="Garamond"/>
          <w:sz w:val="24"/>
          <w:szCs w:val="24"/>
        </w:rPr>
        <w:t>lungo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termine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sz w:val="24"/>
          <w:szCs w:val="24"/>
        </w:rPr>
        <w:t>investimenti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lastRenderedPageBreak/>
        <w:t>promozionali</w:t>
      </w:r>
      <w:proofErr w:type="spellEnd"/>
      <w:r w:rsidRPr="00AB291B">
        <w:rPr>
          <w:rFonts w:ascii="Garamond" w:hAnsi="Garamond"/>
          <w:sz w:val="24"/>
          <w:szCs w:val="24"/>
        </w:rPr>
        <w:t>).</w:t>
      </w:r>
      <w:r w:rsidRPr="00AB291B">
        <w:rPr>
          <w:rFonts w:ascii="Garamond" w:hAnsi="Garamond"/>
          <w:sz w:val="24"/>
          <w:szCs w:val="24"/>
        </w:rPr>
        <w:br/>
      </w:r>
    </w:p>
    <w:p w14:paraId="56DD54C2" w14:textId="77777777" w:rsidR="00F41BC7" w:rsidRDefault="00000000">
      <w:pPr>
        <w:rPr>
          <w:rFonts w:ascii="Garamond" w:hAnsi="Garamond"/>
          <w:sz w:val="24"/>
          <w:szCs w:val="24"/>
        </w:rPr>
      </w:pPr>
      <w:proofErr w:type="spellStart"/>
      <w:r w:rsidRPr="00AB291B">
        <w:rPr>
          <w:rFonts w:ascii="Garamond" w:hAnsi="Garamond"/>
          <w:b/>
          <w:sz w:val="24"/>
          <w:szCs w:val="24"/>
        </w:rPr>
        <w:t>Aspetti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b/>
          <w:sz w:val="24"/>
          <w:szCs w:val="24"/>
        </w:rPr>
        <w:t>Logistici</w:t>
      </w:r>
      <w:proofErr w:type="spellEnd"/>
      <w:r w:rsidRPr="00AB291B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b/>
          <w:sz w:val="24"/>
          <w:szCs w:val="24"/>
        </w:rPr>
        <w:t>Gestionali</w:t>
      </w:r>
      <w:proofErr w:type="spellEnd"/>
      <w:r w:rsidRPr="00AB291B">
        <w:rPr>
          <w:rFonts w:ascii="Garamond" w:hAnsi="Garamond"/>
          <w:b/>
          <w:sz w:val="24"/>
          <w:szCs w:val="24"/>
        </w:rPr>
        <w:t>:</w:t>
      </w:r>
      <w:r w:rsidRPr="00AB291B">
        <w:rPr>
          <w:rFonts w:ascii="Garamond" w:hAnsi="Garamond"/>
          <w:b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Quali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soluzioni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organizzative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suggerisce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per </w:t>
      </w:r>
      <w:proofErr w:type="spellStart"/>
      <w:r w:rsidRPr="00AB291B">
        <w:rPr>
          <w:rFonts w:ascii="Garamond" w:hAnsi="Garamond"/>
          <w:sz w:val="24"/>
          <w:szCs w:val="24"/>
        </w:rPr>
        <w:t>ottimizzare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l'approvvigionamento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merci verso la </w:t>
      </w:r>
      <w:proofErr w:type="spellStart"/>
      <w:r w:rsidRPr="00AB291B">
        <w:rPr>
          <w:rFonts w:ascii="Garamond" w:hAnsi="Garamond"/>
          <w:sz w:val="24"/>
          <w:szCs w:val="24"/>
        </w:rPr>
        <w:t>rocca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del Castello? Ci </w:t>
      </w:r>
      <w:proofErr w:type="spellStart"/>
      <w:r w:rsidRPr="00AB291B">
        <w:rPr>
          <w:rFonts w:ascii="Garamond" w:hAnsi="Garamond"/>
          <w:sz w:val="24"/>
          <w:szCs w:val="24"/>
        </w:rPr>
        <w:t>sono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particolari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criticità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organizzative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che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l'Amministrazione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dovrebbe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considerare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nel</w:t>
      </w:r>
      <w:proofErr w:type="spellEnd"/>
      <w:r w:rsidRPr="00AB291B">
        <w:rPr>
          <w:rFonts w:ascii="Garamond" w:hAnsi="Garamond"/>
          <w:sz w:val="24"/>
          <w:szCs w:val="24"/>
        </w:rPr>
        <w:t xml:space="preserve"> bando?</w:t>
      </w:r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Quali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forme</w:t>
      </w:r>
      <w:proofErr w:type="spellEnd"/>
      <w:r w:rsidR="00F41BC7">
        <w:rPr>
          <w:rFonts w:ascii="Garamond" w:hAnsi="Garamond"/>
          <w:sz w:val="24"/>
          <w:szCs w:val="24"/>
        </w:rPr>
        <w:t xml:space="preserve"> di </w:t>
      </w:r>
      <w:proofErr w:type="spellStart"/>
      <w:r w:rsidR="00F41BC7">
        <w:rPr>
          <w:rFonts w:ascii="Garamond" w:hAnsi="Garamond"/>
          <w:sz w:val="24"/>
          <w:szCs w:val="24"/>
        </w:rPr>
        <w:t>sinergia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suggerisce</w:t>
      </w:r>
      <w:proofErr w:type="spellEnd"/>
      <w:r w:rsidR="00F41BC7">
        <w:rPr>
          <w:rFonts w:ascii="Garamond" w:hAnsi="Garamond"/>
          <w:sz w:val="24"/>
          <w:szCs w:val="24"/>
        </w:rPr>
        <w:t xml:space="preserve"> per </w:t>
      </w:r>
      <w:proofErr w:type="spellStart"/>
      <w:r w:rsidR="00F41BC7">
        <w:rPr>
          <w:rFonts w:ascii="Garamond" w:hAnsi="Garamond"/>
          <w:sz w:val="24"/>
          <w:szCs w:val="24"/>
        </w:rPr>
        <w:t>l’organizzazione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degli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eventi</w:t>
      </w:r>
      <w:proofErr w:type="spellEnd"/>
      <w:r w:rsidR="00F41BC7">
        <w:rPr>
          <w:rFonts w:ascii="Garamond" w:hAnsi="Garamond"/>
          <w:sz w:val="24"/>
          <w:szCs w:val="24"/>
        </w:rPr>
        <w:t xml:space="preserve"> </w:t>
      </w:r>
      <w:proofErr w:type="spellStart"/>
      <w:r w:rsidR="00F41BC7">
        <w:rPr>
          <w:rFonts w:ascii="Garamond" w:hAnsi="Garamond"/>
          <w:sz w:val="24"/>
          <w:szCs w:val="24"/>
        </w:rPr>
        <w:t>comunali</w:t>
      </w:r>
      <w:proofErr w:type="spellEnd"/>
      <w:r w:rsidR="00F41BC7">
        <w:rPr>
          <w:rFonts w:ascii="Garamond" w:hAnsi="Garamond"/>
          <w:sz w:val="24"/>
          <w:szCs w:val="24"/>
        </w:rPr>
        <w:t>?</w:t>
      </w:r>
    </w:p>
    <w:p w14:paraId="57D67934" w14:textId="04097E68" w:rsidR="00F41BC7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______________________________________________________________________________</w:t>
      </w:r>
    </w:p>
    <w:p w14:paraId="1F26CC60" w14:textId="72E860CC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</w:t>
      </w:r>
      <w:r w:rsidR="00AB291B">
        <w:rPr>
          <w:rFonts w:ascii="Garamond" w:hAnsi="Garamond"/>
          <w:sz w:val="24"/>
          <w:szCs w:val="24"/>
        </w:rPr>
        <w:t>__________________________________________________________________</w:t>
      </w:r>
    </w:p>
    <w:p w14:paraId="2E5DF1E1" w14:textId="77777777" w:rsidR="00CD7B89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Luogo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Data: ___________________</w:t>
      </w:r>
      <w:r w:rsidRPr="00AB291B">
        <w:rPr>
          <w:rFonts w:ascii="Garamond" w:hAnsi="Garamond"/>
          <w:sz w:val="24"/>
          <w:szCs w:val="24"/>
        </w:rPr>
        <w:br/>
      </w:r>
      <w:r w:rsidRPr="00AB291B">
        <w:rPr>
          <w:rFonts w:ascii="Garamond" w:hAnsi="Garamond"/>
          <w:sz w:val="24"/>
          <w:szCs w:val="24"/>
        </w:rPr>
        <w:br/>
      </w:r>
      <w:proofErr w:type="spellStart"/>
      <w:r w:rsidRPr="00AB291B">
        <w:rPr>
          <w:rFonts w:ascii="Garamond" w:hAnsi="Garamond"/>
          <w:sz w:val="24"/>
          <w:szCs w:val="24"/>
        </w:rPr>
        <w:t>Firma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del </w:t>
      </w:r>
      <w:proofErr w:type="spellStart"/>
      <w:r w:rsidRPr="00AB291B">
        <w:rPr>
          <w:rFonts w:ascii="Garamond" w:hAnsi="Garamond"/>
          <w:sz w:val="24"/>
          <w:szCs w:val="24"/>
        </w:rPr>
        <w:t>Legale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Rappresentante</w:t>
      </w:r>
      <w:proofErr w:type="spellEnd"/>
      <w:r w:rsidRPr="00AB291B">
        <w:rPr>
          <w:rFonts w:ascii="Garamond" w:hAnsi="Garamond"/>
          <w:sz w:val="24"/>
          <w:szCs w:val="24"/>
        </w:rPr>
        <w:br/>
        <w:t>(</w:t>
      </w:r>
      <w:proofErr w:type="spellStart"/>
      <w:r w:rsidRPr="00AB291B">
        <w:rPr>
          <w:rFonts w:ascii="Garamond" w:hAnsi="Garamond"/>
          <w:sz w:val="24"/>
          <w:szCs w:val="24"/>
        </w:rPr>
        <w:t>Firmato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digitalmente</w:t>
      </w:r>
      <w:proofErr w:type="spellEnd"/>
      <w:r w:rsidRPr="00AB291B">
        <w:rPr>
          <w:rFonts w:ascii="Garamond" w:hAnsi="Garamond"/>
          <w:sz w:val="24"/>
          <w:szCs w:val="24"/>
        </w:rPr>
        <w:t xml:space="preserve"> o con </w:t>
      </w:r>
      <w:proofErr w:type="spellStart"/>
      <w:r w:rsidRPr="00AB291B">
        <w:rPr>
          <w:rFonts w:ascii="Garamond" w:hAnsi="Garamond"/>
          <w:sz w:val="24"/>
          <w:szCs w:val="24"/>
        </w:rPr>
        <w:t>firma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autografa</w:t>
      </w:r>
      <w:proofErr w:type="spellEnd"/>
      <w:r w:rsidRPr="00AB291B">
        <w:rPr>
          <w:rFonts w:ascii="Garamond" w:hAnsi="Garamond"/>
          <w:sz w:val="24"/>
          <w:szCs w:val="24"/>
        </w:rPr>
        <w:t xml:space="preserve"> e </w:t>
      </w:r>
      <w:proofErr w:type="spellStart"/>
      <w:r w:rsidRPr="00AB291B">
        <w:rPr>
          <w:rFonts w:ascii="Garamond" w:hAnsi="Garamond"/>
          <w:sz w:val="24"/>
          <w:szCs w:val="24"/>
        </w:rPr>
        <w:t>allegato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documento</w:t>
      </w:r>
      <w:proofErr w:type="spellEnd"/>
      <w:r w:rsidRPr="00AB291B">
        <w:rPr>
          <w:rFonts w:ascii="Garamond" w:hAnsi="Garamond"/>
          <w:sz w:val="24"/>
          <w:szCs w:val="24"/>
        </w:rPr>
        <w:t xml:space="preserve"> </w:t>
      </w:r>
      <w:proofErr w:type="spellStart"/>
      <w:r w:rsidRPr="00AB291B">
        <w:rPr>
          <w:rFonts w:ascii="Garamond" w:hAnsi="Garamond"/>
          <w:sz w:val="24"/>
          <w:szCs w:val="24"/>
        </w:rPr>
        <w:t>d'identità</w:t>
      </w:r>
      <w:proofErr w:type="spellEnd"/>
      <w:r w:rsidRPr="00AB291B">
        <w:rPr>
          <w:rFonts w:ascii="Garamond" w:hAnsi="Garamond"/>
          <w:sz w:val="24"/>
          <w:szCs w:val="24"/>
        </w:rPr>
        <w:t>)</w:t>
      </w:r>
      <w:r w:rsidRPr="00AB291B">
        <w:rPr>
          <w:rFonts w:ascii="Garamond" w:hAnsi="Garamond"/>
          <w:sz w:val="24"/>
          <w:szCs w:val="24"/>
        </w:rPr>
        <w:br/>
      </w:r>
    </w:p>
    <w:p w14:paraId="47E87120" w14:textId="6E3CD255" w:rsidR="00B854BD" w:rsidRPr="00AB291B" w:rsidRDefault="00000000">
      <w:pPr>
        <w:rPr>
          <w:rFonts w:ascii="Garamond" w:hAnsi="Garamond"/>
          <w:sz w:val="24"/>
          <w:szCs w:val="24"/>
        </w:rPr>
      </w:pPr>
      <w:r w:rsidRPr="00AB291B">
        <w:rPr>
          <w:rFonts w:ascii="Garamond" w:hAnsi="Garamond"/>
          <w:sz w:val="24"/>
          <w:szCs w:val="24"/>
        </w:rPr>
        <w:t>_____________________________________</w:t>
      </w:r>
    </w:p>
    <w:sectPr w:rsidR="00B854BD" w:rsidRPr="00AB291B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06F1545"/>
    <w:multiLevelType w:val="hybridMultilevel"/>
    <w:tmpl w:val="6A3C007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212A0"/>
    <w:multiLevelType w:val="hybridMultilevel"/>
    <w:tmpl w:val="64D82C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170779"/>
    <w:multiLevelType w:val="hybridMultilevel"/>
    <w:tmpl w:val="499074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64300">
    <w:abstractNumId w:val="8"/>
  </w:num>
  <w:num w:numId="2" w16cid:durableId="1991787727">
    <w:abstractNumId w:val="6"/>
  </w:num>
  <w:num w:numId="3" w16cid:durableId="1145470458">
    <w:abstractNumId w:val="5"/>
  </w:num>
  <w:num w:numId="4" w16cid:durableId="368576690">
    <w:abstractNumId w:val="4"/>
  </w:num>
  <w:num w:numId="5" w16cid:durableId="2109812493">
    <w:abstractNumId w:val="7"/>
  </w:num>
  <w:num w:numId="6" w16cid:durableId="376705296">
    <w:abstractNumId w:val="3"/>
  </w:num>
  <w:num w:numId="7" w16cid:durableId="515078133">
    <w:abstractNumId w:val="2"/>
  </w:num>
  <w:num w:numId="8" w16cid:durableId="1651472105">
    <w:abstractNumId w:val="1"/>
  </w:num>
  <w:num w:numId="9" w16cid:durableId="1993562105">
    <w:abstractNumId w:val="0"/>
  </w:num>
  <w:num w:numId="10" w16cid:durableId="1817530413">
    <w:abstractNumId w:val="9"/>
  </w:num>
  <w:num w:numId="11" w16cid:durableId="1363626740">
    <w:abstractNumId w:val="10"/>
  </w:num>
  <w:num w:numId="12" w16cid:durableId="14060282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1A0"/>
    <w:rsid w:val="00034616"/>
    <w:rsid w:val="0006063C"/>
    <w:rsid w:val="0015074B"/>
    <w:rsid w:val="001E39CC"/>
    <w:rsid w:val="0029639D"/>
    <w:rsid w:val="00326F90"/>
    <w:rsid w:val="00AA1D8D"/>
    <w:rsid w:val="00AB291B"/>
    <w:rsid w:val="00B413F2"/>
    <w:rsid w:val="00B47730"/>
    <w:rsid w:val="00B605D8"/>
    <w:rsid w:val="00B854BD"/>
    <w:rsid w:val="00CB0664"/>
    <w:rsid w:val="00CD7B89"/>
    <w:rsid w:val="00D553B3"/>
    <w:rsid w:val="00F41B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99BCD6"/>
  <w14:defaultImageDpi w14:val="300"/>
  <w15:docId w15:val="{650F95D1-51B1-46A8-9758-31E82BC08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unhideWhenUsed/>
    <w:rsid w:val="00AB291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B2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tocollo@pec.comune.breno.bs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Sergio SV. Vielmi</cp:lastModifiedBy>
  <cp:revision>7</cp:revision>
  <cp:lastPrinted>2026-10-08T09:59:00Z</cp:lastPrinted>
  <dcterms:created xsi:type="dcterms:W3CDTF">2013-12-23T23:15:00Z</dcterms:created>
  <dcterms:modified xsi:type="dcterms:W3CDTF">2026-10-08T12:33:00Z</dcterms:modified>
  <cp:category/>
</cp:coreProperties>
</file>